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F9C7A" w14:textId="1C9BCF04" w:rsidR="00417F50" w:rsidRPr="00303406" w:rsidRDefault="00417F50" w:rsidP="00303406">
      <w:pPr>
        <w:spacing w:after="0" w:line="240" w:lineRule="auto"/>
        <w:jc w:val="center"/>
        <w:rPr>
          <w:rFonts w:cs="Times New Roman"/>
          <w:b/>
          <w:bCs/>
          <w:iCs/>
          <w:sz w:val="28"/>
          <w:szCs w:val="28"/>
        </w:rPr>
      </w:pPr>
      <w:r w:rsidRPr="00303406">
        <w:rPr>
          <w:rFonts w:cs="Times New Roman"/>
          <w:b/>
          <w:bCs/>
          <w:iCs/>
          <w:sz w:val="28"/>
          <w:szCs w:val="28"/>
        </w:rPr>
        <w:t>Phụ lục 1</w:t>
      </w:r>
    </w:p>
    <w:p w14:paraId="1F1EA816" w14:textId="253AEA29" w:rsidR="00410D19" w:rsidRPr="00303406" w:rsidRDefault="00417F50" w:rsidP="00303406">
      <w:pPr>
        <w:spacing w:after="0" w:line="240" w:lineRule="auto"/>
        <w:jc w:val="center"/>
        <w:rPr>
          <w:b/>
          <w:sz w:val="28"/>
          <w:szCs w:val="28"/>
        </w:rPr>
      </w:pPr>
      <w:r w:rsidRPr="00303406">
        <w:rPr>
          <w:rFonts w:cs="Times New Roman"/>
          <w:b/>
          <w:bCs/>
          <w:iCs/>
          <w:sz w:val="28"/>
          <w:szCs w:val="28"/>
        </w:rPr>
        <w:t xml:space="preserve">NỘI DUNG TRUYỀN THÔNG VỀ DỰ THẢO </w:t>
      </w:r>
      <w:r w:rsidR="00F02109" w:rsidRPr="00303406">
        <w:rPr>
          <w:rFonts w:cs="Times New Roman"/>
          <w:b/>
          <w:bCs/>
          <w:iCs/>
          <w:sz w:val="28"/>
          <w:szCs w:val="28"/>
        </w:rPr>
        <w:br/>
      </w:r>
      <w:r w:rsidR="00410D19" w:rsidRPr="00303406">
        <w:rPr>
          <w:rFonts w:cs="Times New Roman"/>
          <w:b/>
          <w:bCs/>
          <w:iCs/>
          <w:sz w:val="28"/>
          <w:szCs w:val="28"/>
        </w:rPr>
        <w:t>“</w:t>
      </w:r>
      <w:r w:rsidR="00410D19" w:rsidRPr="00303406">
        <w:rPr>
          <w:b/>
          <w:sz w:val="28"/>
          <w:szCs w:val="28"/>
        </w:rPr>
        <w:t>QUY ĐỊNH VỀ HOẠT ĐỘNG TƯ VẤN, PHẢN BIỆN VÀ GIÁM ĐỊNH</w:t>
      </w:r>
    </w:p>
    <w:p w14:paraId="3C467136" w14:textId="77777777" w:rsidR="00410D19" w:rsidRPr="00303406" w:rsidRDefault="00410D19" w:rsidP="00303406">
      <w:pPr>
        <w:spacing w:after="0" w:line="240" w:lineRule="auto"/>
        <w:jc w:val="center"/>
        <w:rPr>
          <w:b/>
          <w:sz w:val="28"/>
          <w:szCs w:val="28"/>
        </w:rPr>
      </w:pPr>
      <w:r w:rsidRPr="00303406">
        <w:rPr>
          <w:b/>
          <w:sz w:val="28"/>
          <w:szCs w:val="28"/>
        </w:rPr>
        <w:t>XÃ HỘI CỦA LIÊN HIỆP CÁC HỘI KHOA HỌC</w:t>
      </w:r>
    </w:p>
    <w:p w14:paraId="6813906A" w14:textId="6035E456" w:rsidR="00417F50" w:rsidRPr="00303406" w:rsidRDefault="00410D19" w:rsidP="00303406">
      <w:pPr>
        <w:spacing w:after="0" w:line="240" w:lineRule="auto"/>
        <w:jc w:val="center"/>
        <w:rPr>
          <w:rFonts w:cs="Times New Roman"/>
          <w:b/>
          <w:bCs/>
          <w:iCs/>
          <w:sz w:val="28"/>
          <w:szCs w:val="28"/>
        </w:rPr>
      </w:pPr>
      <w:r w:rsidRPr="00303406">
        <w:rPr>
          <w:b/>
          <w:sz w:val="28"/>
          <w:szCs w:val="28"/>
        </w:rPr>
        <w:t>VÀ KỸ THUẬT TỈNH LÂM ĐỒNG</w:t>
      </w:r>
      <w:r w:rsidRPr="00303406">
        <w:rPr>
          <w:rFonts w:cs="Times New Roman"/>
          <w:b/>
          <w:bCs/>
          <w:iCs/>
          <w:sz w:val="28"/>
          <w:szCs w:val="28"/>
        </w:rPr>
        <w:t>”</w:t>
      </w:r>
    </w:p>
    <w:p w14:paraId="1EF03F57" w14:textId="7577A834" w:rsidR="00C7766B" w:rsidRPr="00303406" w:rsidRDefault="0011189F" w:rsidP="00303406">
      <w:pPr>
        <w:spacing w:after="0" w:line="240" w:lineRule="auto"/>
        <w:jc w:val="center"/>
        <w:rPr>
          <w:rFonts w:cs="Times New Roman"/>
          <w:i/>
          <w:sz w:val="28"/>
          <w:szCs w:val="28"/>
        </w:rPr>
      </w:pPr>
      <w:r w:rsidRPr="00303406">
        <w:rPr>
          <w:rFonts w:cs="Times New Roman"/>
          <w:i/>
          <w:sz w:val="28"/>
          <w:szCs w:val="28"/>
        </w:rPr>
        <w:t xml:space="preserve">(Kèm theo Công văn số    </w:t>
      </w:r>
      <w:r w:rsidR="00757955">
        <w:rPr>
          <w:rFonts w:cs="Times New Roman"/>
          <w:i/>
          <w:sz w:val="28"/>
          <w:szCs w:val="28"/>
        </w:rPr>
        <w:t xml:space="preserve">      </w:t>
      </w:r>
      <w:r w:rsidRPr="00303406">
        <w:rPr>
          <w:rFonts w:cs="Times New Roman"/>
          <w:i/>
          <w:sz w:val="28"/>
          <w:szCs w:val="28"/>
        </w:rPr>
        <w:t>/</w:t>
      </w:r>
      <w:r w:rsidR="00D61B49" w:rsidRPr="00303406">
        <w:rPr>
          <w:rFonts w:cs="Times New Roman"/>
          <w:i/>
          <w:sz w:val="28"/>
          <w:szCs w:val="28"/>
        </w:rPr>
        <w:t>SKHCN-QLKH</w:t>
      </w:r>
      <w:r w:rsidRPr="00303406">
        <w:rPr>
          <w:rFonts w:cs="Times New Roman"/>
          <w:i/>
          <w:sz w:val="28"/>
          <w:szCs w:val="28"/>
        </w:rPr>
        <w:t xml:space="preserve">, ngày </w:t>
      </w:r>
      <w:r w:rsidR="00757955">
        <w:rPr>
          <w:rFonts w:cs="Times New Roman"/>
          <w:i/>
          <w:sz w:val="28"/>
          <w:szCs w:val="28"/>
        </w:rPr>
        <w:t xml:space="preserve"> </w:t>
      </w:r>
      <w:r w:rsidRPr="00303406">
        <w:rPr>
          <w:rFonts w:cs="Times New Roman"/>
          <w:i/>
          <w:sz w:val="28"/>
          <w:szCs w:val="28"/>
        </w:rPr>
        <w:t xml:space="preserve">   tháng </w:t>
      </w:r>
      <w:r w:rsidR="00757955">
        <w:rPr>
          <w:rFonts w:cs="Times New Roman"/>
          <w:i/>
          <w:sz w:val="28"/>
          <w:szCs w:val="28"/>
        </w:rPr>
        <w:t xml:space="preserve"> </w:t>
      </w:r>
      <w:r w:rsidRPr="00303406">
        <w:rPr>
          <w:rFonts w:cs="Times New Roman"/>
          <w:i/>
          <w:sz w:val="28"/>
          <w:szCs w:val="28"/>
        </w:rPr>
        <w:t xml:space="preserve">  năm 2026</w:t>
      </w:r>
    </w:p>
    <w:p w14:paraId="7E2A3934" w14:textId="3CBFA380" w:rsidR="0011189F" w:rsidRPr="00303406" w:rsidRDefault="0011189F" w:rsidP="00303406">
      <w:pPr>
        <w:spacing w:after="0" w:line="240" w:lineRule="auto"/>
        <w:jc w:val="center"/>
        <w:rPr>
          <w:rFonts w:cs="Times New Roman"/>
          <w:i/>
          <w:sz w:val="28"/>
          <w:szCs w:val="28"/>
        </w:rPr>
      </w:pPr>
      <w:r w:rsidRPr="00303406">
        <w:rPr>
          <w:rFonts w:cs="Times New Roman"/>
          <w:i/>
          <w:sz w:val="28"/>
          <w:szCs w:val="28"/>
        </w:rPr>
        <w:t>của Sở Khoa học và Công nghệ)</w:t>
      </w:r>
    </w:p>
    <w:p w14:paraId="1EB5B26B" w14:textId="77777777" w:rsidR="0008304E" w:rsidRPr="00303406" w:rsidRDefault="0008304E" w:rsidP="00303406">
      <w:pPr>
        <w:spacing w:after="0" w:line="240" w:lineRule="auto"/>
        <w:jc w:val="both"/>
        <w:rPr>
          <w:rFonts w:cs="Times New Roman"/>
          <w:b/>
          <w:bCs/>
          <w:iCs/>
          <w:sz w:val="28"/>
          <w:szCs w:val="28"/>
        </w:rPr>
      </w:pPr>
    </w:p>
    <w:p w14:paraId="75992E63" w14:textId="599B306D" w:rsidR="002C4694" w:rsidRPr="00303406" w:rsidRDefault="0008304E" w:rsidP="00303406">
      <w:pPr>
        <w:widowControl w:val="0"/>
        <w:spacing w:before="60" w:after="60" w:line="240" w:lineRule="auto"/>
        <w:jc w:val="center"/>
        <w:rPr>
          <w:rFonts w:cs="Times New Roman"/>
          <w:b/>
          <w:bCs/>
          <w:iCs/>
          <w:sz w:val="28"/>
          <w:szCs w:val="28"/>
        </w:rPr>
      </w:pPr>
      <w:r w:rsidRPr="00303406">
        <w:rPr>
          <w:rFonts w:cs="Times New Roman"/>
          <w:b/>
          <w:bCs/>
          <w:iCs/>
          <w:sz w:val="28"/>
          <w:szCs w:val="28"/>
        </w:rPr>
        <w:t xml:space="preserve">Tên tiêu đề: Những điểm mới cốt lõi trong </w:t>
      </w:r>
      <w:r w:rsidR="000F444F">
        <w:rPr>
          <w:rFonts w:cs="Times New Roman"/>
          <w:b/>
          <w:bCs/>
          <w:iCs/>
          <w:sz w:val="28"/>
          <w:szCs w:val="28"/>
        </w:rPr>
        <w:t>d</w:t>
      </w:r>
      <w:r w:rsidRPr="00303406">
        <w:rPr>
          <w:rFonts w:cs="Times New Roman"/>
          <w:b/>
          <w:bCs/>
          <w:iCs/>
          <w:sz w:val="28"/>
          <w:szCs w:val="28"/>
        </w:rPr>
        <w:t xml:space="preserve">ự thảo </w:t>
      </w:r>
      <w:r w:rsidR="00B4126F" w:rsidRPr="00303406">
        <w:rPr>
          <w:b/>
          <w:sz w:val="28"/>
          <w:szCs w:val="28"/>
        </w:rPr>
        <w:t xml:space="preserve">Quyết định của Ủy ban nhân dân tỉnh ban hành </w:t>
      </w:r>
      <w:r w:rsidR="007D3BAF" w:rsidRPr="00303406">
        <w:rPr>
          <w:b/>
          <w:sz w:val="28"/>
          <w:szCs w:val="28"/>
        </w:rPr>
        <w:t>“Quy định về hoạt động tư vấn, phản biện và giám định xã hội của Liên hiệp các Hội Khoa học và Kỹ thuật tỉnh Lâm Đồng</w:t>
      </w:r>
      <w:r w:rsidR="00875CB1" w:rsidRPr="00303406">
        <w:rPr>
          <w:b/>
          <w:sz w:val="28"/>
          <w:szCs w:val="28"/>
        </w:rPr>
        <w:t>”</w:t>
      </w:r>
      <w:r w:rsidR="00D61B49" w:rsidRPr="00303406">
        <w:rPr>
          <w:rFonts w:cs="Times New Roman"/>
          <w:b/>
          <w:bCs/>
          <w:iCs/>
          <w:sz w:val="28"/>
          <w:szCs w:val="28"/>
        </w:rPr>
        <w:t>.</w:t>
      </w:r>
    </w:p>
    <w:p w14:paraId="5FCF30CB" w14:textId="77777777" w:rsidR="00875CB1" w:rsidRPr="00303406" w:rsidRDefault="00875CB1" w:rsidP="00303406">
      <w:pPr>
        <w:widowControl w:val="0"/>
        <w:spacing w:before="60" w:after="60" w:line="240" w:lineRule="auto"/>
        <w:jc w:val="both"/>
        <w:rPr>
          <w:rFonts w:cs="Times New Roman"/>
          <w:b/>
          <w:bCs/>
          <w:iCs/>
          <w:sz w:val="28"/>
          <w:szCs w:val="28"/>
          <w:lang w:val="en-GB"/>
        </w:rPr>
      </w:pPr>
    </w:p>
    <w:p w14:paraId="36E8CF05" w14:textId="6D2F8EFB" w:rsidR="00900DA9" w:rsidRPr="00303406" w:rsidRDefault="0008304E" w:rsidP="009F4A40">
      <w:pPr>
        <w:spacing w:after="120" w:line="240" w:lineRule="auto"/>
        <w:jc w:val="both"/>
        <w:rPr>
          <w:rFonts w:cs="Times New Roman"/>
          <w:b/>
          <w:bCs/>
          <w:iCs/>
          <w:sz w:val="28"/>
          <w:szCs w:val="28"/>
          <w:lang w:val="en-GB"/>
        </w:rPr>
      </w:pPr>
      <w:r w:rsidRPr="00303406">
        <w:rPr>
          <w:rFonts w:cs="Times New Roman"/>
          <w:b/>
          <w:bCs/>
          <w:iCs/>
          <w:sz w:val="28"/>
          <w:szCs w:val="28"/>
          <w:lang w:val="en-GB"/>
        </w:rPr>
        <w:tab/>
      </w:r>
      <w:r w:rsidR="00A53C88" w:rsidRPr="00303406">
        <w:rPr>
          <w:rFonts w:cs="Times New Roman"/>
          <w:b/>
          <w:bCs/>
          <w:iCs/>
          <w:sz w:val="28"/>
          <w:szCs w:val="28"/>
          <w:lang w:val="en-GB"/>
        </w:rPr>
        <w:t>I. SỰ CẦN THIẾT BAN HÀNH</w:t>
      </w:r>
    </w:p>
    <w:p w14:paraId="16194946" w14:textId="77777777" w:rsidR="003242F7" w:rsidRPr="002121E1" w:rsidRDefault="003242F7" w:rsidP="003242F7">
      <w:pPr>
        <w:spacing w:after="120"/>
        <w:ind w:firstLine="720"/>
        <w:jc w:val="both"/>
        <w:rPr>
          <w:sz w:val="28"/>
          <w:szCs w:val="28"/>
        </w:rPr>
      </w:pPr>
      <w:r w:rsidRPr="002121E1">
        <w:rPr>
          <w:sz w:val="28"/>
          <w:szCs w:val="28"/>
        </w:rPr>
        <w:t>Hoạt động tư vấn, phản biện và giám định xã hội là một trong những nhiệm vụ quan trọng của Liên hiệp các Hội Khoa học và Kỹ thuật Việt Nam và hệ thống Liên hiệp Hội các tỉnh, thành phố, nhằm phát huy vai trò, trí tuệ và trách nhiệm của đội ngũ trí thức, chuyên gia, nhà khoa học trong tham gia xây dựng chủ trương, chính sách và đóng góp ý kiến đối với các chương trình, quy hoạch, đề án, dự án quan trọng của đất nước và địa phương. Quyết định số 14/2014/QĐ-TTg ngày 14/02/2014 của Thủ tướng Chính phủ đã tạo cơ sở pháp lý cho việc tổ chức và thực hiện hoạt động tư vấn, phản biện và giám định xã hội, bảo đảm tính khoa học, khách quan, độc lập và trách nhiệm.</w:t>
      </w:r>
    </w:p>
    <w:p w14:paraId="631CBB13" w14:textId="77777777" w:rsidR="003242F7" w:rsidRPr="002121E1" w:rsidRDefault="003242F7" w:rsidP="003242F7">
      <w:pPr>
        <w:spacing w:after="120"/>
        <w:ind w:firstLine="567"/>
        <w:jc w:val="both"/>
        <w:rPr>
          <w:sz w:val="28"/>
          <w:szCs w:val="28"/>
        </w:rPr>
      </w:pPr>
      <w:r w:rsidRPr="002121E1">
        <w:rPr>
          <w:sz w:val="28"/>
          <w:szCs w:val="28"/>
        </w:rPr>
        <w:t>Trên cơ sở Quyết định số 14/2014/QĐ-TTg, trước khi sắp xếp đơn vị hành chính cấp tỉnh, Ủy ban nhân dân các tỉnh Lâm Đồng, Bình Thuận và Đắk Nông đã ban hành các văn bản quy định về hoạt động tư vấn, phản biện và giám định xã hội phù hợp với điều kiện của từng địa phương. Các quy định này đã tạo cơ sở để Liên hiệp Hội của từng tỉnh huy động đội ngũ trí thức, chuyên gia, nhà khoa học tham gia đóng góp ý kiến, cung cấp luận cứ khoa học và thực tiễn phục vụ công tác xây dựng, hoạch định chính sách và phát triển kinh tế - xã hội của địa phương.</w:t>
      </w:r>
    </w:p>
    <w:p w14:paraId="6041AE07" w14:textId="77777777" w:rsidR="003242F7" w:rsidRPr="002121E1" w:rsidRDefault="003242F7" w:rsidP="003242F7">
      <w:pPr>
        <w:spacing w:after="120"/>
        <w:ind w:firstLine="567"/>
        <w:jc w:val="both"/>
        <w:rPr>
          <w:sz w:val="28"/>
          <w:szCs w:val="28"/>
        </w:rPr>
      </w:pPr>
      <w:r w:rsidRPr="002121E1">
        <w:rPr>
          <w:sz w:val="28"/>
          <w:szCs w:val="28"/>
        </w:rPr>
        <w:t>Việc thực hiện Luật Tổ chức chính quyền địa phương số 72/2025/QH15 và chủ trương sắp xếp đơn vị hành chính cấp tỉnh, tổ chức mô hình chính quyền địa phương 02 cấp (cấp tỉnh và cấp xã) đã làm thay đổi căn bản về địa giới hành chính, quy mô quản lý, cơ cấu tổ chức bộ máy, đầu mối quản lý và phạm vi, thẩm quyền của các cơ quan nhà nước có liên quan. Việc hình thành tỉnh Lâm Đồng mới tạo ra không gian phát triển mới với quy mô lớn hơn, phạm vi quản lý rộng hơn và nhiều vấn đề phát triển mang tính liên ngành, liên vùng.</w:t>
      </w:r>
    </w:p>
    <w:p w14:paraId="52BE327C" w14:textId="77777777" w:rsidR="003242F7" w:rsidRPr="002121E1" w:rsidRDefault="003242F7" w:rsidP="003242F7">
      <w:pPr>
        <w:spacing w:after="120"/>
        <w:ind w:firstLine="567"/>
        <w:jc w:val="both"/>
        <w:rPr>
          <w:sz w:val="28"/>
          <w:szCs w:val="28"/>
        </w:rPr>
      </w:pPr>
      <w:r w:rsidRPr="002121E1">
        <w:rPr>
          <w:sz w:val="28"/>
          <w:szCs w:val="28"/>
        </w:rPr>
        <w:lastRenderedPageBreak/>
        <w:t>Trong bối cảnh đó, yêu cầu đối với hoạt động tư vấn, phản biện và giám định xã hội ngày càng cao, nhất là đối với các chủ trương, chính sách, chương trình, quy hoạch, đề án, dự án có phạm vi tác động rộng, tính liên ngành, liên vùng và ảnh hưởng lớn đến phát triển kinh tế - xã hội. Điều này đòi hỏi Liên hiệp Hội tỉnh phải phát huy tốt hơn vai trò tập hợp, huy động đội ngũ trí thức, chuyên gia, nhà khoa học; nâng cao chất lượng tham gia tư vấn, phản biện và giám định xã hội; cung cấp các luận cứ khoa học và thực tiễn có chất lượng, góp phần phục vụ quá trình xem xét, quyết định của cơ quan có thẩm quyền.</w:t>
      </w:r>
    </w:p>
    <w:p w14:paraId="65A3A71F" w14:textId="77777777" w:rsidR="003242F7" w:rsidRPr="002121E1" w:rsidRDefault="003242F7" w:rsidP="003242F7">
      <w:pPr>
        <w:spacing w:after="120"/>
        <w:ind w:firstLine="567"/>
        <w:jc w:val="both"/>
        <w:rPr>
          <w:sz w:val="28"/>
          <w:szCs w:val="28"/>
        </w:rPr>
      </w:pPr>
      <w:r w:rsidRPr="002121E1">
        <w:rPr>
          <w:sz w:val="28"/>
          <w:szCs w:val="28"/>
        </w:rPr>
        <w:t>Những thay đổi về địa giới hành chính, mô hình tổ chức chính quyền và yêu cầu phát triển nêu trên đặt ra yêu cầu phải rà soát, thống nhất và hoàn thiện cơ chế, chính sách và phương thức tổ chức thực hiện hoạt động tư vấn, phản biện và giám định xã hội trên địa bàn tỉnh. Việc tiếp tục áp dụng các quy định được xây dựng riêng cho từng địa phương trước sắp xếp sẽ không còn phù hợp đầy đủ với mô hình tổ chức, phạm vi quản lý và yêu cầu thực tiễn của tỉnh Lâm Đồng mới. Do đó, cần thiết phải xây dựng một quy định thống nhất, áp dụng trên toàn địa bàn tỉnh, phù hợp với chức năng, nhiệm vụ của Liên hiệp Hội tỉnh sau sắp xếp và yêu cầu quản lý, phát triển trong giai đoạn mới.</w:t>
      </w:r>
    </w:p>
    <w:p w14:paraId="524F3590" w14:textId="77777777" w:rsidR="003242F7" w:rsidRPr="002121E1" w:rsidRDefault="003242F7" w:rsidP="003242F7">
      <w:pPr>
        <w:spacing w:after="120"/>
        <w:ind w:firstLine="567"/>
        <w:jc w:val="both"/>
        <w:rPr>
          <w:sz w:val="28"/>
          <w:szCs w:val="28"/>
        </w:rPr>
      </w:pPr>
      <w:r w:rsidRPr="002121E1">
        <w:rPr>
          <w:sz w:val="28"/>
          <w:szCs w:val="28"/>
        </w:rPr>
        <w:t>Trên cơ sở đó, việc xây dựng Quy định mới cần bảo đảm nguyên tắc kế thừa những nội dung còn phù hợp của Quyết định số 453/QĐ-UBND ngày 08/3/2023 của UBND tỉnh Lâm Đồng và các quy định đã được áp dụng tại Bình Thuận, Đắk Nông trước sắp xếp; đồng thời rà soát, bổ sung và hoàn thiện các quy định về đối tượng, nội dung, hình thức, trình tự thực hiện, trách nhiệm phối hợp, huy động chuyên gia, tiếp nhận và sử dụng kết quả, bảo đảm kinh phí và các điều kiện cần thiết cho hoạt động tư vấn, phản biện và giám định xã hội.</w:t>
      </w:r>
    </w:p>
    <w:p w14:paraId="43C6C555" w14:textId="77777777" w:rsidR="003242F7" w:rsidRPr="002121E1" w:rsidRDefault="003242F7" w:rsidP="003242F7">
      <w:pPr>
        <w:spacing w:after="120"/>
        <w:ind w:firstLine="567"/>
        <w:jc w:val="both"/>
        <w:rPr>
          <w:sz w:val="28"/>
          <w:szCs w:val="28"/>
        </w:rPr>
      </w:pPr>
      <w:r w:rsidRPr="002121E1">
        <w:rPr>
          <w:sz w:val="28"/>
          <w:szCs w:val="28"/>
        </w:rPr>
        <w:t>Bên cạnh đó, việc ban hành Quy định mới cần xác lập rõ hơn trách nhiệm phối hợp giữa Liên hiệp Hội tỉnh với các sở, ban, ngành, địa phương, cơ quan, tổ chức có liên quan; nâng cao tính chủ động, chuyên nghiệp, khoa học và hiệu quả của hoạt động tư vấn, phản biện và giám định xã hội. Đồng thời, phát huy vai trò của Liên hiệp Hội trong tập hợp, huy động và sử dụng hiệu quả nguồn lực trí thức, chuyên gia, nhà khoa học; bảo đảm kết quả tư vấn, phản biện và giám định xã hội thực sự là một kênh tham vấn khoa học có chất lượng, góp phần nâng cao chất lượng hoạch định chính sách và hiệu quả quản lý nhà nước.</w:t>
      </w:r>
    </w:p>
    <w:p w14:paraId="3B8D168F" w14:textId="77777777" w:rsidR="003242F7" w:rsidRPr="002121E1" w:rsidRDefault="003242F7" w:rsidP="003242F7">
      <w:pPr>
        <w:spacing w:after="120"/>
        <w:ind w:firstLine="567"/>
        <w:jc w:val="both"/>
        <w:rPr>
          <w:sz w:val="28"/>
          <w:szCs w:val="28"/>
        </w:rPr>
      </w:pPr>
      <w:r w:rsidRPr="002121E1">
        <w:rPr>
          <w:sz w:val="28"/>
          <w:szCs w:val="28"/>
        </w:rPr>
        <w:t xml:space="preserve">Từ những cơ sở pháp lý và thực tiễn nêu trên, việc ban hành </w:t>
      </w:r>
      <w:r w:rsidRPr="002121E1">
        <w:rPr>
          <w:bCs/>
          <w:sz w:val="28"/>
          <w:szCs w:val="28"/>
        </w:rPr>
        <w:t>“Quy định về hoạt động tư vấn, phản biện và giám định xã hội của Liên hiệp các Hội Khoa học và Kỹ thuật tỉnh Lâm Đồng”</w:t>
      </w:r>
      <w:r w:rsidRPr="002121E1">
        <w:rPr>
          <w:sz w:val="28"/>
          <w:szCs w:val="28"/>
        </w:rPr>
        <w:t xml:space="preserve"> là cần thiết, khách quan và phù hợp với yêu cầu thực tiễn. Quy </w:t>
      </w:r>
      <w:r w:rsidRPr="002121E1">
        <w:rPr>
          <w:sz w:val="28"/>
          <w:szCs w:val="28"/>
        </w:rPr>
        <w:lastRenderedPageBreak/>
        <w:t>định mới sẽ tạo cơ sở pháp lý thống nhất cho hoạt động tư vấn, phản biện và giám định xã hội trên địa bàn toàn tỉnh; bảo đảm tính kế thừa, ổn định, đồng thời đáp ứng yêu cầu sau sắp xếp đơn vị hành chính và tổ chức mô hình chính quyền địa phương 02 cấp, góp phần phát huy hiệu quả nguồn lực trí thức, chuyên gia, nhà khoa học và nâng cao chất lượng, tính khoa học, thực tiễn, khả thi của các chủ trương, chính sách và quyết định phát triển của tỉnh Lâm Đồng trong giai đoạn mới.</w:t>
      </w:r>
    </w:p>
    <w:p w14:paraId="1F1C6F6E" w14:textId="78A46836" w:rsidR="007110DF" w:rsidRPr="00303406" w:rsidRDefault="00EE6374" w:rsidP="009F4A40">
      <w:pPr>
        <w:spacing w:after="120" w:line="240" w:lineRule="auto"/>
        <w:jc w:val="both"/>
        <w:rPr>
          <w:b/>
          <w:bCs/>
          <w:sz w:val="28"/>
          <w:szCs w:val="28"/>
        </w:rPr>
      </w:pPr>
      <w:r w:rsidRPr="00303406">
        <w:rPr>
          <w:b/>
          <w:bCs/>
          <w:sz w:val="28"/>
          <w:szCs w:val="28"/>
        </w:rPr>
        <w:tab/>
      </w:r>
      <w:r w:rsidR="004A375C" w:rsidRPr="00303406">
        <w:rPr>
          <w:b/>
          <w:bCs/>
          <w:sz w:val="28"/>
          <w:szCs w:val="28"/>
        </w:rPr>
        <w:t>II. NHỮNG ĐIỂM MỚI CỐT LÕI CỦA DỰ THẢO QUYẾT ĐỊNH SO VỚI QUY ĐỊNH ÁP DỤNG TRƯỚC ĐÂY TRÊN ĐỊA BÀN TỈNH</w:t>
      </w:r>
    </w:p>
    <w:p w14:paraId="4496C341" w14:textId="77777777" w:rsidR="007110DF" w:rsidRPr="00303406" w:rsidRDefault="007110DF" w:rsidP="009F4A40">
      <w:pPr>
        <w:spacing w:after="120" w:line="240" w:lineRule="auto"/>
        <w:ind w:firstLine="720"/>
        <w:jc w:val="both"/>
        <w:rPr>
          <w:rFonts w:eastAsia="Times New Roman" w:cs="Times New Roman"/>
          <w:bCs/>
          <w:sz w:val="28"/>
          <w:szCs w:val="28"/>
        </w:rPr>
      </w:pPr>
      <w:r w:rsidRPr="00303406">
        <w:rPr>
          <w:sz w:val="28"/>
          <w:szCs w:val="28"/>
        </w:rPr>
        <w:t xml:space="preserve">Dự thảo Quyết định được xây dựng theo hướng </w:t>
      </w:r>
      <w:r w:rsidRPr="00303406">
        <w:rPr>
          <w:rStyle w:val="Strong"/>
          <w:b w:val="0"/>
          <w:sz w:val="28"/>
          <w:szCs w:val="28"/>
        </w:rPr>
        <w:t>kế thừa, thống nhất và hoàn thiện</w:t>
      </w:r>
      <w:r w:rsidRPr="00303406">
        <w:rPr>
          <w:sz w:val="28"/>
          <w:szCs w:val="28"/>
        </w:rPr>
        <w:t>, tập trung vào một số điểm mới cốt lõi sau:</w:t>
      </w:r>
      <w:r w:rsidRPr="00303406">
        <w:rPr>
          <w:rFonts w:eastAsia="Times New Roman" w:cs="Times New Roman"/>
          <w:bCs/>
          <w:sz w:val="28"/>
          <w:szCs w:val="28"/>
        </w:rPr>
        <w:t xml:space="preserve"> </w:t>
      </w:r>
    </w:p>
    <w:p w14:paraId="74C73AD8" w14:textId="77777777" w:rsidR="007110DF"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1. Thống nhất quy định áp dụng trên toàn tỉnh Lâm Đồng mới sau sắp xếp đơn vị hành chính cấp tỉnh, thay thế cách áp dụng các quy định riêng của Lâm Đồng, Bình Thuận và Đắk Nông trước đây.</w:t>
      </w:r>
    </w:p>
    <w:p w14:paraId="793AA407" w14:textId="77777777" w:rsidR="007110DF"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2. Kế thừa các nội dung còn phù hợp, đồng thời rà soát, cập nhật và khắc phục những nội dung không còn phù hợp của Quyết định số 453/QĐ-UBND và các quy định trước sáp nhập, bảo đảm tính liên tục, ổn định và phù hợp với yêu cầu quản lý hiện nay.</w:t>
      </w:r>
    </w:p>
    <w:p w14:paraId="7FA36297" w14:textId="77777777" w:rsidR="007110DF"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3. Làm rõ hơn phạm vi và nội dung tư vấn, phản biện, giám định xã hội, tập trung vào tính cần thiết, cơ sở pháp lý, cơ sở khoa học và thực tiễn, tính phù hợp, đồng bộ, khả thi, hiệu quả và tác động của các chủ trương, chính sách, chương trình, quy hoạch, đề án, dự án quan trọng của tỉnh.</w:t>
      </w:r>
    </w:p>
    <w:p w14:paraId="35055125" w14:textId="77777777" w:rsidR="007110DF"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4. Tăng tính chủ động của Liên hiệp Hội, không chỉ thực hiện theo yêu cầu, giao nhiệm vụ hoặc đặt hàng mà còn chủ động đề xuất những vấn đề cần tư vấn, phản biện và giám định xã hội, nhất là các vấn đề quan trọng, liên ngành, có tác động lớn đến phát triển tỉnh.</w:t>
      </w:r>
    </w:p>
    <w:p w14:paraId="76B9DD66" w14:textId="77777777" w:rsidR="007110DF"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5. Cụ thể hóa cơ chế huy động trí thức, chuyên gia, nhà khoa học, phát huy nguồn lực khoa học của toàn tỉnh sau sáp nhập, bảo đảm lựa chọn chuyên gia phù hợp với từng lĩnh vực và yêu cầu của nhiệm vụ.</w:t>
      </w:r>
    </w:p>
    <w:p w14:paraId="7A29725F" w14:textId="77777777" w:rsidR="007110DF"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6. Hoàn thiện quy trình, trách nhiệm và cơ chế phối hợp, làm rõ trách nhiệm của Liên hiệp Hội, cơ quan chủ trì đề án và các cơ quan, tổ chức liên quan từ khâu đề xuất, cung cấp thông tin, tổ chức thực hiện đến tiếp nhận, xem xét và phản hồi kết quả.</w:t>
      </w:r>
    </w:p>
    <w:p w14:paraId="7E9F841B" w14:textId="77777777" w:rsidR="007110DF"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7. Bảo đảm tính khả thi về nguồn lực và kinh phí, xác định rõ trách nhiệm bảo đảm kinh phí, điều kiện thực hiện và cơ chế phối hợp, qua đó nâng cao chất lượng, hiệu quả và tính thực chất của hoạt động tư vấn, phản biện và giám định xã hội.</w:t>
      </w:r>
    </w:p>
    <w:p w14:paraId="02CDB461" w14:textId="3453EE39" w:rsidR="00E10189" w:rsidRPr="00757955" w:rsidRDefault="007110DF" w:rsidP="009F4A40">
      <w:pPr>
        <w:spacing w:after="120" w:line="240" w:lineRule="auto"/>
        <w:ind w:firstLine="720"/>
        <w:jc w:val="both"/>
        <w:rPr>
          <w:rFonts w:eastAsia="Times New Roman" w:cs="Times New Roman"/>
          <w:sz w:val="28"/>
          <w:szCs w:val="28"/>
        </w:rPr>
      </w:pPr>
      <w:r w:rsidRPr="00757955">
        <w:rPr>
          <w:rFonts w:eastAsia="Times New Roman" w:cs="Times New Roman"/>
          <w:sz w:val="28"/>
          <w:szCs w:val="28"/>
        </w:rPr>
        <w:t xml:space="preserve">Tóm lại, điểm mới cốt lõi của dự thảo là chuyển từ cơ chế áp dụng riêng lẻ trước sáp nhập sang một cơ chế thống nhất, chủ động, chuyên nghiệp và phù hợp với </w:t>
      </w:r>
      <w:r w:rsidRPr="00757955">
        <w:rPr>
          <w:rFonts w:eastAsia="Times New Roman" w:cs="Times New Roman"/>
          <w:sz w:val="28"/>
          <w:szCs w:val="28"/>
        </w:rPr>
        <w:lastRenderedPageBreak/>
        <w:t>không gian phát triển mới của tỉnh Lâm Đồng; đồng thời phát huy tốt hơn vai trò của Liên hiệp Hội và đội ngũ trí thức, chuyên gia trong tham gia hoạch định chính sách và phát triển địa phương./.</w:t>
      </w:r>
      <w:r w:rsidR="00FC6243" w:rsidRPr="00757955">
        <w:rPr>
          <w:sz w:val="28"/>
          <w:szCs w:val="28"/>
          <w:lang w:val="vi-VN"/>
        </w:rPr>
        <w:tab/>
      </w:r>
    </w:p>
    <w:p w14:paraId="03BFCCEB" w14:textId="03E964F0" w:rsidR="00F237F7" w:rsidRPr="00757955" w:rsidRDefault="00F237F7" w:rsidP="00303406">
      <w:pPr>
        <w:ind w:firstLine="720"/>
        <w:jc w:val="both"/>
        <w:rPr>
          <w:rFonts w:cs="Times New Roman"/>
          <w:sz w:val="28"/>
          <w:szCs w:val="28"/>
          <w:lang w:val="vi-VN"/>
        </w:rPr>
      </w:pPr>
    </w:p>
    <w:sectPr w:rsidR="00F237F7" w:rsidRPr="00757955" w:rsidSect="00514E47">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658"/>
        </w:tabs>
        <w:ind w:left="1658"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9B7CA3"/>
    <w:multiLevelType w:val="hybridMultilevel"/>
    <w:tmpl w:val="B19C3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2E327D"/>
    <w:multiLevelType w:val="multilevel"/>
    <w:tmpl w:val="4DF084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4D1D6C"/>
    <w:multiLevelType w:val="multilevel"/>
    <w:tmpl w:val="F378F1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A0632A0"/>
    <w:multiLevelType w:val="multilevel"/>
    <w:tmpl w:val="7FFE9706"/>
    <w:lvl w:ilvl="0">
      <w:start w:val="3"/>
      <w:numFmt w:val="decimal"/>
      <w:lvlText w:val="%1."/>
      <w:lvlJc w:val="left"/>
      <w:pPr>
        <w:tabs>
          <w:tab w:val="num" w:pos="644"/>
        </w:tabs>
        <w:ind w:left="644" w:hanging="360"/>
      </w:pPr>
      <w:rPr>
        <w:b/>
        <w:bCs/>
      </w:r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13" w15:restartNumberingAfterBreak="0">
    <w:nsid w:val="463A55B8"/>
    <w:multiLevelType w:val="multilevel"/>
    <w:tmpl w:val="78108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121414"/>
    <w:multiLevelType w:val="multilevel"/>
    <w:tmpl w:val="0EC02F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EF25A5"/>
    <w:multiLevelType w:val="multilevel"/>
    <w:tmpl w:val="685E35B0"/>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75917699">
    <w:abstractNumId w:val="8"/>
  </w:num>
  <w:num w:numId="2" w16cid:durableId="682322147">
    <w:abstractNumId w:val="6"/>
  </w:num>
  <w:num w:numId="3" w16cid:durableId="1901676047">
    <w:abstractNumId w:val="5"/>
  </w:num>
  <w:num w:numId="4" w16cid:durableId="12073476">
    <w:abstractNumId w:val="4"/>
  </w:num>
  <w:num w:numId="5" w16cid:durableId="1157920354">
    <w:abstractNumId w:val="7"/>
  </w:num>
  <w:num w:numId="6" w16cid:durableId="264771135">
    <w:abstractNumId w:val="3"/>
  </w:num>
  <w:num w:numId="7" w16cid:durableId="1565292269">
    <w:abstractNumId w:val="2"/>
  </w:num>
  <w:num w:numId="8" w16cid:durableId="1949462594">
    <w:abstractNumId w:val="1"/>
  </w:num>
  <w:num w:numId="9" w16cid:durableId="280572323">
    <w:abstractNumId w:val="0"/>
  </w:num>
  <w:num w:numId="10" w16cid:durableId="1677263653">
    <w:abstractNumId w:val="9"/>
  </w:num>
  <w:num w:numId="11" w16cid:durableId="374735692">
    <w:abstractNumId w:val="13"/>
  </w:num>
  <w:num w:numId="12" w16cid:durableId="1010369892">
    <w:abstractNumId w:val="14"/>
  </w:num>
  <w:num w:numId="13" w16cid:durableId="8411333">
    <w:abstractNumId w:val="15"/>
  </w:num>
  <w:num w:numId="14" w16cid:durableId="1292592178">
    <w:abstractNumId w:val="12"/>
  </w:num>
  <w:num w:numId="15" w16cid:durableId="1558584875">
    <w:abstractNumId w:val="11"/>
  </w:num>
  <w:num w:numId="16" w16cid:durableId="711925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65D3"/>
    <w:rsid w:val="00034616"/>
    <w:rsid w:val="00057625"/>
    <w:rsid w:val="0006063C"/>
    <w:rsid w:val="00081573"/>
    <w:rsid w:val="0008304E"/>
    <w:rsid w:val="00085E48"/>
    <w:rsid w:val="000B405A"/>
    <w:rsid w:val="000F2B6F"/>
    <w:rsid w:val="000F444F"/>
    <w:rsid w:val="0011189F"/>
    <w:rsid w:val="00146F81"/>
    <w:rsid w:val="0015074B"/>
    <w:rsid w:val="001D684F"/>
    <w:rsid w:val="001F619F"/>
    <w:rsid w:val="0028478A"/>
    <w:rsid w:val="0029639D"/>
    <w:rsid w:val="002C4694"/>
    <w:rsid w:val="002D6D8B"/>
    <w:rsid w:val="002E4C1A"/>
    <w:rsid w:val="002F3A08"/>
    <w:rsid w:val="00303406"/>
    <w:rsid w:val="003056D9"/>
    <w:rsid w:val="00314514"/>
    <w:rsid w:val="00322E50"/>
    <w:rsid w:val="003242F7"/>
    <w:rsid w:val="00326F90"/>
    <w:rsid w:val="00410D19"/>
    <w:rsid w:val="004116E0"/>
    <w:rsid w:val="00417F50"/>
    <w:rsid w:val="00487591"/>
    <w:rsid w:val="00494417"/>
    <w:rsid w:val="004A375C"/>
    <w:rsid w:val="00501B8E"/>
    <w:rsid w:val="00511F2A"/>
    <w:rsid w:val="00514E47"/>
    <w:rsid w:val="005866DD"/>
    <w:rsid w:val="0066301F"/>
    <w:rsid w:val="006829C6"/>
    <w:rsid w:val="006B3BC4"/>
    <w:rsid w:val="006F24DA"/>
    <w:rsid w:val="007110DF"/>
    <w:rsid w:val="00757955"/>
    <w:rsid w:val="007622BD"/>
    <w:rsid w:val="007D3BAF"/>
    <w:rsid w:val="008647C7"/>
    <w:rsid w:val="00875CB1"/>
    <w:rsid w:val="008C585B"/>
    <w:rsid w:val="008E00AC"/>
    <w:rsid w:val="008F2694"/>
    <w:rsid w:val="00900DA9"/>
    <w:rsid w:val="00910834"/>
    <w:rsid w:val="00981C75"/>
    <w:rsid w:val="00994C44"/>
    <w:rsid w:val="009B6F6F"/>
    <w:rsid w:val="009F1070"/>
    <w:rsid w:val="009F4A40"/>
    <w:rsid w:val="00A02055"/>
    <w:rsid w:val="00A4457F"/>
    <w:rsid w:val="00A44E54"/>
    <w:rsid w:val="00A45151"/>
    <w:rsid w:val="00A47992"/>
    <w:rsid w:val="00A53C88"/>
    <w:rsid w:val="00A61DDF"/>
    <w:rsid w:val="00A97C65"/>
    <w:rsid w:val="00AA1D8D"/>
    <w:rsid w:val="00AA2659"/>
    <w:rsid w:val="00AF0721"/>
    <w:rsid w:val="00B4126F"/>
    <w:rsid w:val="00B47730"/>
    <w:rsid w:val="00B51453"/>
    <w:rsid w:val="00B9426A"/>
    <w:rsid w:val="00BA16A8"/>
    <w:rsid w:val="00C60ABF"/>
    <w:rsid w:val="00C62209"/>
    <w:rsid w:val="00C633C5"/>
    <w:rsid w:val="00C7766B"/>
    <w:rsid w:val="00C826AF"/>
    <w:rsid w:val="00CB0664"/>
    <w:rsid w:val="00CE40E1"/>
    <w:rsid w:val="00CE61E8"/>
    <w:rsid w:val="00D30A27"/>
    <w:rsid w:val="00D61B49"/>
    <w:rsid w:val="00DA5FF8"/>
    <w:rsid w:val="00E10189"/>
    <w:rsid w:val="00E14340"/>
    <w:rsid w:val="00E4575E"/>
    <w:rsid w:val="00E838A8"/>
    <w:rsid w:val="00E87EEF"/>
    <w:rsid w:val="00EA4A44"/>
    <w:rsid w:val="00EE2196"/>
    <w:rsid w:val="00EE4858"/>
    <w:rsid w:val="00EE6374"/>
    <w:rsid w:val="00F02109"/>
    <w:rsid w:val="00F114CA"/>
    <w:rsid w:val="00F237F7"/>
    <w:rsid w:val="00F67C91"/>
    <w:rsid w:val="00F9587B"/>
    <w:rsid w:val="00FC6243"/>
    <w:rsid w:val="00FC693F"/>
    <w:rsid w:val="00FD59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89A1CD"/>
  <w14:defaultImageDpi w14:val="300"/>
  <w15:docId w15:val="{45E348E8-D494-4835-B69C-495A90456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sselectedend">
    <w:name w:val="isselectedend"/>
    <w:basedOn w:val="Normal"/>
    <w:rsid w:val="006829C6"/>
    <w:pPr>
      <w:spacing w:before="100" w:beforeAutospacing="1" w:after="100" w:afterAutospacing="1" w:line="240" w:lineRule="auto"/>
    </w:pPr>
    <w:rPr>
      <w:rFonts w:eastAsia="Times New Roman" w:cs="Times New Roman"/>
      <w:szCs w:val="24"/>
    </w:rPr>
  </w:style>
  <w:style w:type="paragraph" w:styleId="NormalWeb">
    <w:name w:val="Normal (Web)"/>
    <w:basedOn w:val="Normal"/>
    <w:uiPriority w:val="99"/>
    <w:semiHidden/>
    <w:unhideWhenUsed/>
    <w:rsid w:val="006829C6"/>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471867">
      <w:bodyDiv w:val="1"/>
      <w:marLeft w:val="0"/>
      <w:marRight w:val="0"/>
      <w:marTop w:val="0"/>
      <w:marBottom w:val="0"/>
      <w:divBdr>
        <w:top w:val="none" w:sz="0" w:space="0" w:color="auto"/>
        <w:left w:val="none" w:sz="0" w:space="0" w:color="auto"/>
        <w:bottom w:val="none" w:sz="0" w:space="0" w:color="auto"/>
        <w:right w:val="none" w:sz="0" w:space="0" w:color="auto"/>
      </w:divBdr>
    </w:div>
    <w:div w:id="338049024">
      <w:bodyDiv w:val="1"/>
      <w:marLeft w:val="0"/>
      <w:marRight w:val="0"/>
      <w:marTop w:val="0"/>
      <w:marBottom w:val="0"/>
      <w:divBdr>
        <w:top w:val="none" w:sz="0" w:space="0" w:color="auto"/>
        <w:left w:val="none" w:sz="0" w:space="0" w:color="auto"/>
        <w:bottom w:val="none" w:sz="0" w:space="0" w:color="auto"/>
        <w:right w:val="none" w:sz="0" w:space="0" w:color="auto"/>
      </w:divBdr>
    </w:div>
    <w:div w:id="487746213">
      <w:bodyDiv w:val="1"/>
      <w:marLeft w:val="0"/>
      <w:marRight w:val="0"/>
      <w:marTop w:val="0"/>
      <w:marBottom w:val="0"/>
      <w:divBdr>
        <w:top w:val="none" w:sz="0" w:space="0" w:color="auto"/>
        <w:left w:val="none" w:sz="0" w:space="0" w:color="auto"/>
        <w:bottom w:val="none" w:sz="0" w:space="0" w:color="auto"/>
        <w:right w:val="none" w:sz="0" w:space="0" w:color="auto"/>
      </w:divBdr>
    </w:div>
    <w:div w:id="1097406910">
      <w:bodyDiv w:val="1"/>
      <w:marLeft w:val="0"/>
      <w:marRight w:val="0"/>
      <w:marTop w:val="0"/>
      <w:marBottom w:val="0"/>
      <w:divBdr>
        <w:top w:val="none" w:sz="0" w:space="0" w:color="auto"/>
        <w:left w:val="none" w:sz="0" w:space="0" w:color="auto"/>
        <w:bottom w:val="none" w:sz="0" w:space="0" w:color="auto"/>
        <w:right w:val="none" w:sz="0" w:space="0" w:color="auto"/>
      </w:divBdr>
    </w:div>
    <w:div w:id="164916899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ACE9B-9FB3-460C-90AD-5796A1671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4</Pages>
  <Words>1138</Words>
  <Characters>6493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so khcn</cp:lastModifiedBy>
  <cp:revision>23</cp:revision>
  <dcterms:created xsi:type="dcterms:W3CDTF">2026-07-08T07:20:00Z</dcterms:created>
  <dcterms:modified xsi:type="dcterms:W3CDTF">2026-10-15T11:55:00Z</dcterms:modified>
  <cp:category/>
</cp:coreProperties>
</file>